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F7C0" w14:textId="1B9F8B37" w:rsidR="00BE29D6" w:rsidRDefault="00BE29D6" w:rsidP="00BE29D6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noProof/>
          <w:sz w:val="24"/>
          <w:szCs w:val="24"/>
        </w:rPr>
        <w:drawing>
          <wp:inline distT="0" distB="0" distL="0" distR="0" wp14:anchorId="360DFAF9" wp14:editId="79860A60">
            <wp:extent cx="1277946" cy="999490"/>
            <wp:effectExtent l="0" t="0" r="0" b="0"/>
            <wp:docPr id="12234734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473413" name="Picture 1223473413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13" t="22419" r="11877" b="17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962" cy="1009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681D57" w14:textId="2DE121BC" w:rsidR="007C0012" w:rsidRPr="00BE29D6" w:rsidRDefault="00345651">
      <w:pPr>
        <w:jc w:val="center"/>
        <w:rPr>
          <w:rFonts w:ascii="Times New Roman" w:hAnsi="Times New Roman" w:cs="Times New Roman"/>
          <w:sz w:val="20"/>
          <w:szCs w:val="20"/>
        </w:rPr>
      </w:pPr>
      <w:r w:rsidRPr="00BE29D6">
        <w:rPr>
          <w:rFonts w:ascii="Times New Roman" w:hAnsi="Times New Roman" w:cs="Times New Roman"/>
          <w:b/>
          <w:sz w:val="28"/>
          <w:szCs w:val="20"/>
        </w:rPr>
        <w:t>L</w:t>
      </w:r>
      <w:r w:rsidR="009763A4" w:rsidRPr="00BE29D6">
        <w:rPr>
          <w:rFonts w:ascii="Times New Roman" w:hAnsi="Times New Roman" w:cs="Times New Roman"/>
          <w:b/>
          <w:sz w:val="28"/>
          <w:szCs w:val="20"/>
        </w:rPr>
        <w:t xml:space="preserve">IETUVOS </w:t>
      </w:r>
      <w:r w:rsidR="001C3B1D" w:rsidRPr="00BE29D6">
        <w:rPr>
          <w:rFonts w:ascii="Times New Roman" w:hAnsi="Times New Roman" w:cs="Times New Roman"/>
          <w:b/>
          <w:sz w:val="28"/>
          <w:szCs w:val="20"/>
        </w:rPr>
        <w:t>SPORTO MOKS</w:t>
      </w:r>
      <w:r w:rsidR="00E908E8" w:rsidRPr="00BE29D6">
        <w:rPr>
          <w:rFonts w:ascii="Times New Roman" w:hAnsi="Times New Roman" w:cs="Times New Roman"/>
          <w:b/>
          <w:sz w:val="28"/>
          <w:szCs w:val="20"/>
        </w:rPr>
        <w:t>LININKŲ</w:t>
      </w:r>
      <w:r w:rsidR="001C3B1D" w:rsidRPr="00BE29D6">
        <w:rPr>
          <w:rFonts w:ascii="Times New Roman" w:hAnsi="Times New Roman" w:cs="Times New Roman"/>
          <w:b/>
          <w:sz w:val="28"/>
          <w:szCs w:val="20"/>
        </w:rPr>
        <w:t xml:space="preserve"> ASOCIACIJA</w:t>
      </w:r>
    </w:p>
    <w:p w14:paraId="4099679C" w14:textId="7ABA1736" w:rsidR="00986E61" w:rsidRPr="00986E61" w:rsidRDefault="00365804" w:rsidP="00986E6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NARYST</w:t>
      </w:r>
      <w:r w:rsidR="007B6A7D">
        <w:rPr>
          <w:rFonts w:ascii="Times New Roman" w:hAnsi="Times New Roman" w:cs="Times New Roman"/>
          <w:b/>
          <w:sz w:val="28"/>
        </w:rPr>
        <w:t>Ė</w:t>
      </w:r>
    </w:p>
    <w:p w14:paraId="0E3191AC" w14:textId="2F21C646" w:rsidR="00E908E8" w:rsidRPr="00627A9C" w:rsidRDefault="00E908E8" w:rsidP="00E908E8">
      <w:pPr>
        <w:rPr>
          <w:rFonts w:ascii="Times New Roman" w:hAnsi="Times New Roman" w:cs="Times New Roman"/>
          <w:sz w:val="24"/>
          <w:szCs w:val="24"/>
        </w:rPr>
      </w:pPr>
      <w:r w:rsidRPr="00627A9C">
        <w:rPr>
          <w:rFonts w:ascii="Times New Roman" w:hAnsi="Times New Roman" w:cs="Times New Roman"/>
          <w:sz w:val="24"/>
          <w:szCs w:val="24"/>
        </w:rPr>
        <w:t xml:space="preserve">Lietuvos </w:t>
      </w:r>
      <w:proofErr w:type="spellStart"/>
      <w:r w:rsidR="009763A4" w:rsidRPr="00627A9C">
        <w:rPr>
          <w:rFonts w:ascii="Times New Roman" w:hAnsi="Times New Roman" w:cs="Times New Roman"/>
          <w:sz w:val="24"/>
          <w:szCs w:val="24"/>
        </w:rPr>
        <w:t>s</w:t>
      </w:r>
      <w:r w:rsidRPr="00627A9C">
        <w:rPr>
          <w:rFonts w:ascii="Times New Roman" w:hAnsi="Times New Roman" w:cs="Times New Roman"/>
          <w:sz w:val="24"/>
          <w:szCs w:val="24"/>
        </w:rPr>
        <w:t>porto</w:t>
      </w:r>
      <w:proofErr w:type="spellEnd"/>
      <w:r w:rsidRPr="00627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7A9C">
        <w:rPr>
          <w:rFonts w:ascii="Times New Roman" w:hAnsi="Times New Roman" w:cs="Times New Roman"/>
          <w:sz w:val="24"/>
          <w:szCs w:val="24"/>
        </w:rPr>
        <w:t>mokslininkų</w:t>
      </w:r>
      <w:proofErr w:type="spellEnd"/>
      <w:r w:rsidRPr="00627A9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7A9C">
        <w:rPr>
          <w:rFonts w:ascii="Times New Roman" w:hAnsi="Times New Roman" w:cs="Times New Roman"/>
          <w:sz w:val="24"/>
          <w:szCs w:val="24"/>
        </w:rPr>
        <w:t>asociacijos</w:t>
      </w:r>
      <w:proofErr w:type="spellEnd"/>
      <w:r w:rsidRPr="00627A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8BEA43" w14:textId="2CB36141" w:rsidR="007E3769" w:rsidRDefault="00E908E8" w:rsidP="00345651">
      <w:pPr>
        <w:rPr>
          <w:rFonts w:ascii="Times New Roman" w:hAnsi="Times New Roman" w:cs="Times New Roman"/>
          <w:sz w:val="24"/>
          <w:szCs w:val="24"/>
        </w:rPr>
      </w:pPr>
      <w:r w:rsidRPr="00627A9C">
        <w:rPr>
          <w:rFonts w:ascii="Times New Roman" w:hAnsi="Times New Roman" w:cs="Times New Roman"/>
          <w:sz w:val="24"/>
          <w:szCs w:val="24"/>
        </w:rPr>
        <w:t>PREZIDENTUI</w:t>
      </w:r>
    </w:p>
    <w:p w14:paraId="636759BA" w14:textId="77777777" w:rsidR="00BE29D6" w:rsidRPr="00BE29D6" w:rsidRDefault="00BE29D6" w:rsidP="00345651">
      <w:pPr>
        <w:rPr>
          <w:rFonts w:ascii="Times New Roman" w:hAnsi="Times New Roman" w:cs="Times New Roman"/>
          <w:sz w:val="24"/>
          <w:szCs w:val="24"/>
        </w:rPr>
      </w:pPr>
    </w:p>
    <w:p w14:paraId="5FB20834" w14:textId="10D28404" w:rsidR="00587940" w:rsidRPr="00634C5D" w:rsidRDefault="007E3769" w:rsidP="00986E61">
      <w:pPr>
        <w:pStyle w:val="NoSpacing"/>
        <w:jc w:val="right"/>
        <w:rPr>
          <w:rFonts w:ascii="Times New Roman" w:hAnsi="Times New Roman" w:cs="Times New Roman"/>
          <w:u w:val="single"/>
        </w:rPr>
      </w:pPr>
      <w:proofErr w:type="spellStart"/>
      <w:r w:rsidRPr="00634C5D">
        <w:rPr>
          <w:rFonts w:ascii="Times New Roman" w:hAnsi="Times New Roman" w:cs="Times New Roman"/>
        </w:rPr>
        <w:t>Vardas</w:t>
      </w:r>
      <w:proofErr w:type="spellEnd"/>
      <w:r w:rsidRPr="00634C5D">
        <w:rPr>
          <w:rFonts w:ascii="Times New Roman" w:hAnsi="Times New Roman" w:cs="Times New Roman"/>
        </w:rPr>
        <w:t xml:space="preserve">, </w:t>
      </w:r>
      <w:proofErr w:type="spellStart"/>
      <w:r w:rsidRPr="00634C5D">
        <w:rPr>
          <w:rFonts w:ascii="Times New Roman" w:hAnsi="Times New Roman" w:cs="Times New Roman"/>
        </w:rPr>
        <w:t>pavardė</w:t>
      </w:r>
      <w:proofErr w:type="spellEnd"/>
      <w:r w:rsidRPr="00634C5D">
        <w:rPr>
          <w:rFonts w:ascii="Times New Roman" w:hAnsi="Times New Roman" w:cs="Times New Roman"/>
        </w:rPr>
        <w:t>:</w:t>
      </w:r>
      <w:r w:rsidR="00587940" w:rsidRPr="00634C5D">
        <w:rPr>
          <w:rFonts w:ascii="Times New Roman" w:hAnsi="Times New Roman" w:cs="Times New Roman"/>
          <w:u w:val="single"/>
        </w:rPr>
        <w:t xml:space="preserve"> </w:t>
      </w:r>
      <w:r w:rsidR="00587940" w:rsidRPr="00634C5D">
        <w:rPr>
          <w:rFonts w:ascii="Times New Roman" w:hAnsi="Times New Roman" w:cs="Times New Roman"/>
          <w:u w:val="single"/>
        </w:rPr>
        <w:tab/>
      </w:r>
      <w:r w:rsidR="00587940" w:rsidRPr="00634C5D">
        <w:rPr>
          <w:rFonts w:ascii="Times New Roman" w:hAnsi="Times New Roman" w:cs="Times New Roman"/>
          <w:u w:val="single"/>
        </w:rPr>
        <w:tab/>
      </w:r>
      <w:r w:rsidR="00587940" w:rsidRPr="00634C5D">
        <w:rPr>
          <w:rFonts w:ascii="Times New Roman" w:hAnsi="Times New Roman" w:cs="Times New Roman"/>
          <w:u w:val="single"/>
        </w:rPr>
        <w:tab/>
      </w:r>
      <w:r w:rsidR="00587940" w:rsidRPr="00634C5D">
        <w:rPr>
          <w:rFonts w:ascii="Times New Roman" w:hAnsi="Times New Roman" w:cs="Times New Roman"/>
          <w:u w:val="single"/>
        </w:rPr>
        <w:tab/>
      </w:r>
    </w:p>
    <w:p w14:paraId="6260C49B" w14:textId="4BF1A84E" w:rsidR="007E3769" w:rsidRPr="00634C5D" w:rsidRDefault="007E3769" w:rsidP="00986E61">
      <w:pPr>
        <w:pStyle w:val="NoSpacing"/>
        <w:jc w:val="right"/>
        <w:rPr>
          <w:rFonts w:ascii="Times New Roman" w:hAnsi="Times New Roman" w:cs="Times New Roman"/>
        </w:rPr>
      </w:pPr>
    </w:p>
    <w:p w14:paraId="61AC734E" w14:textId="4C90869B" w:rsidR="002D6405" w:rsidRDefault="007E3769" w:rsidP="00986E61">
      <w:pPr>
        <w:pStyle w:val="NoSpacing"/>
        <w:jc w:val="right"/>
        <w:rPr>
          <w:rFonts w:ascii="Times New Roman" w:hAnsi="Times New Roman" w:cs="Times New Roman"/>
          <w:u w:val="single"/>
        </w:rPr>
      </w:pPr>
      <w:proofErr w:type="spellStart"/>
      <w:r w:rsidRPr="00634C5D">
        <w:rPr>
          <w:rFonts w:ascii="Times New Roman" w:hAnsi="Times New Roman" w:cs="Times New Roman"/>
        </w:rPr>
        <w:t>Gimimo</w:t>
      </w:r>
      <w:proofErr w:type="spellEnd"/>
      <w:r w:rsidRPr="00634C5D">
        <w:rPr>
          <w:rFonts w:ascii="Times New Roman" w:hAnsi="Times New Roman" w:cs="Times New Roman"/>
        </w:rPr>
        <w:t xml:space="preserve"> data: </w:t>
      </w:r>
      <w:r w:rsidR="002D6405" w:rsidRPr="00634C5D">
        <w:rPr>
          <w:rFonts w:ascii="Times New Roman" w:hAnsi="Times New Roman" w:cs="Times New Roman"/>
          <w:u w:val="single"/>
        </w:rPr>
        <w:tab/>
      </w:r>
      <w:r w:rsidR="002D6405" w:rsidRPr="00634C5D">
        <w:rPr>
          <w:rFonts w:ascii="Times New Roman" w:hAnsi="Times New Roman" w:cs="Times New Roman"/>
          <w:u w:val="single"/>
        </w:rPr>
        <w:tab/>
      </w:r>
      <w:r w:rsidR="002D6405" w:rsidRPr="00634C5D">
        <w:rPr>
          <w:rFonts w:ascii="Times New Roman" w:hAnsi="Times New Roman" w:cs="Times New Roman"/>
          <w:u w:val="single"/>
        </w:rPr>
        <w:tab/>
      </w:r>
      <w:r w:rsidR="002D6405" w:rsidRPr="00634C5D">
        <w:rPr>
          <w:rFonts w:ascii="Times New Roman" w:hAnsi="Times New Roman" w:cs="Times New Roman"/>
          <w:u w:val="single"/>
        </w:rPr>
        <w:tab/>
      </w:r>
      <w:r w:rsidR="00986E61" w:rsidRPr="00634C5D">
        <w:rPr>
          <w:rFonts w:ascii="Times New Roman" w:hAnsi="Times New Roman" w:cs="Times New Roman"/>
          <w:u w:val="single"/>
        </w:rPr>
        <w:tab/>
      </w:r>
    </w:p>
    <w:p w14:paraId="149FE3EE" w14:textId="77777777" w:rsidR="00BE29D6" w:rsidRDefault="00BE29D6" w:rsidP="00986E61">
      <w:pPr>
        <w:pStyle w:val="NoSpacing"/>
        <w:jc w:val="right"/>
        <w:rPr>
          <w:rFonts w:ascii="Times New Roman" w:hAnsi="Times New Roman" w:cs="Times New Roman"/>
        </w:rPr>
      </w:pPr>
    </w:p>
    <w:p w14:paraId="14144282" w14:textId="5E19DF98" w:rsidR="00BE29D6" w:rsidRDefault="00BE29D6" w:rsidP="00986E61">
      <w:pPr>
        <w:pStyle w:val="NoSpacing"/>
        <w:jc w:val="right"/>
        <w:rPr>
          <w:rFonts w:ascii="Times New Roman" w:hAnsi="Times New Roman" w:cs="Times New Roman"/>
          <w:u w:val="single"/>
        </w:rPr>
      </w:pPr>
      <w:proofErr w:type="spellStart"/>
      <w:r>
        <w:rPr>
          <w:rFonts w:ascii="Times New Roman" w:hAnsi="Times New Roman" w:cs="Times New Roman"/>
        </w:rPr>
        <w:t>Pareigos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mokslinis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laipsnis</w:t>
      </w:r>
      <w:proofErr w:type="spellEnd"/>
      <w:r w:rsidRPr="00634C5D">
        <w:rPr>
          <w:rFonts w:ascii="Times New Roman" w:hAnsi="Times New Roman" w:cs="Times New Roman"/>
        </w:rPr>
        <w:t xml:space="preserve">: </w:t>
      </w:r>
      <w:r w:rsidRPr="00634C5D">
        <w:rPr>
          <w:rFonts w:ascii="Times New Roman" w:hAnsi="Times New Roman" w:cs="Times New Roman"/>
          <w:u w:val="single"/>
        </w:rPr>
        <w:tab/>
      </w:r>
      <w:r w:rsidRPr="00634C5D">
        <w:rPr>
          <w:rFonts w:ascii="Times New Roman" w:hAnsi="Times New Roman" w:cs="Times New Roman"/>
          <w:u w:val="single"/>
        </w:rPr>
        <w:tab/>
      </w:r>
      <w:r w:rsidR="00986E61" w:rsidRPr="00634C5D">
        <w:rPr>
          <w:rFonts w:ascii="Times New Roman" w:hAnsi="Times New Roman" w:cs="Times New Roman"/>
          <w:u w:val="single"/>
        </w:rPr>
        <w:tab/>
      </w:r>
    </w:p>
    <w:p w14:paraId="35635629" w14:textId="2FD06316" w:rsidR="007E3769" w:rsidRPr="00634C5D" w:rsidRDefault="007E3769" w:rsidP="00986E61">
      <w:pPr>
        <w:pStyle w:val="NoSpacing"/>
        <w:jc w:val="right"/>
        <w:rPr>
          <w:rFonts w:ascii="Times New Roman" w:hAnsi="Times New Roman" w:cs="Times New Roman"/>
        </w:rPr>
      </w:pPr>
    </w:p>
    <w:p w14:paraId="433DFC65" w14:textId="21A3A45C" w:rsidR="002D6405" w:rsidRPr="00634C5D" w:rsidRDefault="007E3769" w:rsidP="00986E61">
      <w:pPr>
        <w:pStyle w:val="NoSpacing"/>
        <w:jc w:val="right"/>
        <w:rPr>
          <w:rFonts w:ascii="Times New Roman" w:hAnsi="Times New Roman" w:cs="Times New Roman"/>
          <w:u w:val="single"/>
        </w:rPr>
      </w:pPr>
      <w:r w:rsidRPr="00634C5D">
        <w:rPr>
          <w:rFonts w:ascii="Times New Roman" w:hAnsi="Times New Roman" w:cs="Times New Roman"/>
        </w:rPr>
        <w:t xml:space="preserve">El. </w:t>
      </w:r>
      <w:proofErr w:type="spellStart"/>
      <w:r w:rsidRPr="00634C5D">
        <w:rPr>
          <w:rFonts w:ascii="Times New Roman" w:hAnsi="Times New Roman" w:cs="Times New Roman"/>
        </w:rPr>
        <w:t>paštas</w:t>
      </w:r>
      <w:proofErr w:type="spellEnd"/>
      <w:r w:rsidRPr="00634C5D">
        <w:rPr>
          <w:rFonts w:ascii="Times New Roman" w:hAnsi="Times New Roman" w:cs="Times New Roman"/>
        </w:rPr>
        <w:t xml:space="preserve">: </w:t>
      </w:r>
      <w:r w:rsidR="002D6405" w:rsidRPr="00634C5D">
        <w:rPr>
          <w:rFonts w:ascii="Times New Roman" w:hAnsi="Times New Roman" w:cs="Times New Roman"/>
          <w:u w:val="single"/>
        </w:rPr>
        <w:tab/>
      </w:r>
      <w:r w:rsidR="002D6405" w:rsidRPr="00634C5D">
        <w:rPr>
          <w:rFonts w:ascii="Times New Roman" w:hAnsi="Times New Roman" w:cs="Times New Roman"/>
          <w:u w:val="single"/>
        </w:rPr>
        <w:tab/>
      </w:r>
      <w:r w:rsidR="002D6405" w:rsidRPr="00634C5D">
        <w:rPr>
          <w:rFonts w:ascii="Times New Roman" w:hAnsi="Times New Roman" w:cs="Times New Roman"/>
          <w:u w:val="single"/>
        </w:rPr>
        <w:tab/>
      </w:r>
      <w:r w:rsidR="002D6405" w:rsidRPr="00634C5D">
        <w:rPr>
          <w:rFonts w:ascii="Times New Roman" w:hAnsi="Times New Roman" w:cs="Times New Roman"/>
          <w:u w:val="single"/>
        </w:rPr>
        <w:tab/>
      </w:r>
      <w:r w:rsidR="00986E61" w:rsidRPr="00634C5D">
        <w:rPr>
          <w:rFonts w:ascii="Times New Roman" w:hAnsi="Times New Roman" w:cs="Times New Roman"/>
          <w:u w:val="single"/>
        </w:rPr>
        <w:tab/>
      </w:r>
    </w:p>
    <w:p w14:paraId="3EED334B" w14:textId="3C0893D9" w:rsidR="007E3769" w:rsidRPr="00634C5D" w:rsidRDefault="007E3769" w:rsidP="00986E61">
      <w:pPr>
        <w:pStyle w:val="NoSpacing"/>
        <w:jc w:val="right"/>
        <w:rPr>
          <w:rFonts w:ascii="Times New Roman" w:hAnsi="Times New Roman" w:cs="Times New Roman"/>
        </w:rPr>
      </w:pPr>
    </w:p>
    <w:p w14:paraId="441197EF" w14:textId="1DE5249B" w:rsidR="00541A10" w:rsidRPr="00C27D24" w:rsidRDefault="00541A10" w:rsidP="00986E61">
      <w:pPr>
        <w:pStyle w:val="NoSpacing"/>
        <w:jc w:val="right"/>
        <w:rPr>
          <w:rFonts w:ascii="Times New Roman" w:hAnsi="Times New Roman" w:cs="Times New Roman"/>
          <w:u w:val="single"/>
          <w:lang w:val="de-DE"/>
        </w:rPr>
      </w:pPr>
      <w:r w:rsidRPr="00C27D24">
        <w:rPr>
          <w:rFonts w:ascii="Times New Roman" w:hAnsi="Times New Roman" w:cs="Times New Roman"/>
          <w:lang w:val="de-DE"/>
        </w:rPr>
        <w:t xml:space="preserve">Tel. nr: </w:t>
      </w:r>
      <w:r w:rsidRPr="00C27D24">
        <w:rPr>
          <w:rFonts w:ascii="Times New Roman" w:hAnsi="Times New Roman" w:cs="Times New Roman"/>
          <w:u w:val="single"/>
          <w:lang w:val="de-DE"/>
        </w:rPr>
        <w:tab/>
      </w:r>
      <w:r w:rsidRPr="00C27D24">
        <w:rPr>
          <w:rFonts w:ascii="Times New Roman" w:hAnsi="Times New Roman" w:cs="Times New Roman"/>
          <w:u w:val="single"/>
          <w:lang w:val="de-DE"/>
        </w:rPr>
        <w:tab/>
      </w:r>
      <w:r w:rsidRPr="00C27D24">
        <w:rPr>
          <w:rFonts w:ascii="Times New Roman" w:hAnsi="Times New Roman" w:cs="Times New Roman"/>
          <w:u w:val="single"/>
          <w:lang w:val="de-DE"/>
        </w:rPr>
        <w:tab/>
      </w:r>
      <w:r w:rsidRPr="00C27D24">
        <w:rPr>
          <w:rFonts w:ascii="Times New Roman" w:hAnsi="Times New Roman" w:cs="Times New Roman"/>
          <w:u w:val="single"/>
          <w:lang w:val="de-DE"/>
        </w:rPr>
        <w:tab/>
      </w:r>
      <w:r w:rsidR="00986E61" w:rsidRPr="00C27D24">
        <w:rPr>
          <w:rFonts w:ascii="Times New Roman" w:hAnsi="Times New Roman" w:cs="Times New Roman"/>
          <w:u w:val="single"/>
          <w:lang w:val="de-DE"/>
        </w:rPr>
        <w:tab/>
      </w:r>
      <w:r w:rsidR="00986E61" w:rsidRPr="00C27D24">
        <w:rPr>
          <w:rFonts w:ascii="Times New Roman" w:hAnsi="Times New Roman" w:cs="Times New Roman"/>
          <w:u w:val="single"/>
          <w:lang w:val="de-DE"/>
        </w:rPr>
        <w:tab/>
      </w:r>
    </w:p>
    <w:p w14:paraId="1FBAE1A4" w14:textId="77777777" w:rsidR="00E908E8" w:rsidRDefault="00E908E8" w:rsidP="00E908E8">
      <w:pPr>
        <w:rPr>
          <w:rFonts w:ascii="Times New Roman" w:hAnsi="Times New Roman" w:cs="Times New Roman"/>
          <w:lang w:val="lt-LT"/>
        </w:rPr>
      </w:pPr>
    </w:p>
    <w:p w14:paraId="427EC158" w14:textId="77777777" w:rsidR="00986E61" w:rsidRPr="00E908E8" w:rsidRDefault="00986E61" w:rsidP="00E908E8">
      <w:pPr>
        <w:rPr>
          <w:rFonts w:ascii="Times New Roman" w:hAnsi="Times New Roman" w:cs="Times New Roman"/>
          <w:lang w:val="lt-LT"/>
        </w:rPr>
      </w:pPr>
    </w:p>
    <w:p w14:paraId="207D2474" w14:textId="77777777" w:rsidR="00E908E8" w:rsidRPr="00C27D24" w:rsidRDefault="00E908E8" w:rsidP="00E908E8">
      <w:pPr>
        <w:jc w:val="center"/>
        <w:rPr>
          <w:rFonts w:ascii="Times New Roman" w:hAnsi="Times New Roman" w:cs="Times New Roman"/>
          <w:sz w:val="28"/>
          <w:szCs w:val="28"/>
          <w:lang w:val="de-DE"/>
        </w:rPr>
      </w:pPr>
      <w:r w:rsidRPr="00C27D24">
        <w:rPr>
          <w:rFonts w:ascii="Times New Roman" w:hAnsi="Times New Roman" w:cs="Times New Roman"/>
          <w:sz w:val="28"/>
          <w:szCs w:val="28"/>
          <w:lang w:val="de-DE"/>
        </w:rPr>
        <w:t>PRAŠYMAS</w:t>
      </w:r>
    </w:p>
    <w:p w14:paraId="7BEC37B3" w14:textId="77777777" w:rsidR="00E908E8" w:rsidRPr="00C27D24" w:rsidRDefault="00E908E8" w:rsidP="00E908E8">
      <w:pPr>
        <w:jc w:val="center"/>
        <w:rPr>
          <w:rFonts w:ascii="Times New Roman" w:hAnsi="Times New Roman" w:cs="Times New Roman"/>
          <w:lang w:val="de-DE"/>
        </w:rPr>
      </w:pPr>
    </w:p>
    <w:p w14:paraId="3021CBC2" w14:textId="77777777" w:rsidR="00E908E8" w:rsidRPr="00C27D24" w:rsidRDefault="00E908E8" w:rsidP="00E908E8">
      <w:pPr>
        <w:jc w:val="center"/>
        <w:rPr>
          <w:rFonts w:ascii="Times New Roman" w:hAnsi="Times New Roman" w:cs="Times New Roman"/>
          <w:lang w:val="de-DE"/>
        </w:rPr>
      </w:pPr>
      <w:r w:rsidRPr="00C27D24">
        <w:rPr>
          <w:rFonts w:ascii="Times New Roman" w:hAnsi="Times New Roman" w:cs="Times New Roman"/>
          <w:u w:val="single"/>
          <w:lang w:val="de-DE"/>
        </w:rPr>
        <w:tab/>
      </w:r>
      <w:r w:rsidRPr="00C27D24">
        <w:rPr>
          <w:rFonts w:ascii="Times New Roman" w:hAnsi="Times New Roman" w:cs="Times New Roman"/>
          <w:lang w:val="de-DE"/>
        </w:rPr>
        <w:t xml:space="preserve"> m. </w:t>
      </w:r>
      <w:r w:rsidRPr="00C27D24">
        <w:rPr>
          <w:rFonts w:ascii="Times New Roman" w:hAnsi="Times New Roman" w:cs="Times New Roman"/>
          <w:u w:val="single"/>
          <w:lang w:val="de-DE"/>
        </w:rPr>
        <w:tab/>
      </w:r>
      <w:r w:rsidRPr="00C27D24">
        <w:rPr>
          <w:rFonts w:ascii="Times New Roman" w:hAnsi="Times New Roman" w:cs="Times New Roman"/>
          <w:u w:val="single"/>
          <w:lang w:val="de-DE"/>
        </w:rPr>
        <w:tab/>
      </w:r>
      <w:r w:rsidRPr="00C27D24">
        <w:rPr>
          <w:rFonts w:ascii="Times New Roman" w:hAnsi="Times New Roman" w:cs="Times New Roman"/>
          <w:lang w:val="de-DE"/>
        </w:rPr>
        <w:t xml:space="preserve"> mėn. </w:t>
      </w:r>
      <w:r w:rsidRPr="00C27D24">
        <w:rPr>
          <w:rFonts w:ascii="Times New Roman" w:hAnsi="Times New Roman" w:cs="Times New Roman"/>
          <w:u w:val="single"/>
          <w:lang w:val="de-DE"/>
        </w:rPr>
        <w:tab/>
        <w:t xml:space="preserve"> </w:t>
      </w:r>
      <w:r w:rsidRPr="00C27D24">
        <w:rPr>
          <w:rFonts w:ascii="Times New Roman" w:hAnsi="Times New Roman" w:cs="Times New Roman"/>
          <w:lang w:val="de-DE"/>
        </w:rPr>
        <w:t>d.</w:t>
      </w:r>
    </w:p>
    <w:p w14:paraId="1B92A387" w14:textId="77777777" w:rsidR="00E908E8" w:rsidRPr="00C27D24" w:rsidRDefault="00E908E8" w:rsidP="00986E61">
      <w:pPr>
        <w:rPr>
          <w:rFonts w:ascii="Times New Roman" w:hAnsi="Times New Roman" w:cs="Times New Roman"/>
          <w:lang w:val="de-DE"/>
        </w:rPr>
      </w:pPr>
    </w:p>
    <w:p w14:paraId="4955E354" w14:textId="77777777" w:rsidR="00E908E8" w:rsidRPr="00C27D24" w:rsidRDefault="00E908E8" w:rsidP="00E908E8">
      <w:pPr>
        <w:rPr>
          <w:rFonts w:ascii="Times New Roman" w:hAnsi="Times New Roman" w:cs="Times New Roman"/>
          <w:lang w:val="de-DE"/>
        </w:rPr>
      </w:pPr>
    </w:p>
    <w:p w14:paraId="4C61AC7C" w14:textId="3779E24B" w:rsidR="007E3769" w:rsidRPr="00C27D24" w:rsidRDefault="00255CF0" w:rsidP="009763A4">
      <w:pPr>
        <w:ind w:firstLine="562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C27D24">
        <w:rPr>
          <w:rFonts w:ascii="Times New Roman" w:hAnsi="Times New Roman" w:cs="Times New Roman"/>
          <w:sz w:val="24"/>
          <w:szCs w:val="24"/>
          <w:lang w:val="de-DE"/>
        </w:rPr>
        <w:t>Prašau priimti mane į sporto mokslininkų asociacijos narius. Patvirtinu, kad susipažinau su asociacijos įstatais ir įsipareigoju jų laikytis.</w:t>
      </w:r>
    </w:p>
    <w:p w14:paraId="044749B6" w14:textId="77777777" w:rsidR="0003686C" w:rsidRPr="00C27D24" w:rsidRDefault="0003686C" w:rsidP="00E908E8">
      <w:pPr>
        <w:rPr>
          <w:rFonts w:ascii="Times New Roman" w:hAnsi="Times New Roman" w:cs="Times New Roman"/>
          <w:lang w:val="de-DE"/>
        </w:rPr>
      </w:pPr>
    </w:p>
    <w:p w14:paraId="51418321" w14:textId="77777777" w:rsidR="00E908E8" w:rsidRPr="00C27D24" w:rsidRDefault="00E908E8" w:rsidP="00E908E8">
      <w:pPr>
        <w:rPr>
          <w:rFonts w:ascii="Times New Roman" w:hAnsi="Times New Roman" w:cs="Times New Roman"/>
          <w:lang w:val="de-DE"/>
        </w:rPr>
      </w:pPr>
    </w:p>
    <w:p w14:paraId="5950793B" w14:textId="77777777" w:rsidR="00E908E8" w:rsidRPr="00C27D24" w:rsidRDefault="00E908E8" w:rsidP="00E908E8">
      <w:pPr>
        <w:jc w:val="center"/>
        <w:rPr>
          <w:rFonts w:ascii="Times New Roman" w:hAnsi="Times New Roman" w:cs="Times New Roman"/>
          <w:u w:val="single"/>
          <w:lang w:val="de-DE"/>
        </w:rPr>
      </w:pPr>
      <w:r w:rsidRPr="00C27D24">
        <w:rPr>
          <w:rFonts w:ascii="Times New Roman" w:hAnsi="Times New Roman" w:cs="Times New Roman"/>
          <w:u w:val="single"/>
          <w:lang w:val="de-DE"/>
        </w:rPr>
        <w:tab/>
      </w:r>
      <w:r w:rsidRPr="00C27D24">
        <w:rPr>
          <w:rFonts w:ascii="Times New Roman" w:hAnsi="Times New Roman" w:cs="Times New Roman"/>
          <w:u w:val="single"/>
          <w:lang w:val="de-DE"/>
        </w:rPr>
        <w:tab/>
      </w:r>
    </w:p>
    <w:p w14:paraId="18784DB5" w14:textId="6567B06B" w:rsidR="00365804" w:rsidRDefault="00365804" w:rsidP="00365804">
      <w:pPr>
        <w:jc w:val="center"/>
        <w:rPr>
          <w:rFonts w:ascii="Times New Roman" w:hAnsi="Times New Roman" w:cs="Times New Roman"/>
          <w:iCs/>
        </w:rPr>
      </w:pPr>
      <w:proofErr w:type="spellStart"/>
      <w:r>
        <w:rPr>
          <w:rFonts w:ascii="Times New Roman" w:hAnsi="Times New Roman" w:cs="Times New Roman"/>
          <w:iCs/>
        </w:rPr>
        <w:t>p</w:t>
      </w:r>
      <w:r w:rsidR="00E908E8" w:rsidRPr="00E908E8">
        <w:rPr>
          <w:rFonts w:ascii="Times New Roman" w:hAnsi="Times New Roman" w:cs="Times New Roman"/>
          <w:iCs/>
        </w:rPr>
        <w:t>arašas</w:t>
      </w:r>
      <w:proofErr w:type="spellEnd"/>
    </w:p>
    <w:sectPr w:rsidR="0036580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F751DF5"/>
    <w:multiLevelType w:val="hybridMultilevel"/>
    <w:tmpl w:val="377E2B0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29C2E86">
      <w:start w:val="1"/>
      <w:numFmt w:val="bullet"/>
      <w:lvlText w:val="□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27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0D40FE5"/>
    <w:multiLevelType w:val="multilevel"/>
    <w:tmpl w:val="D6FE7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9D3793"/>
    <w:multiLevelType w:val="multilevel"/>
    <w:tmpl w:val="FE9E9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316497"/>
    <w:multiLevelType w:val="multilevel"/>
    <w:tmpl w:val="F8BCEAF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EC50F9"/>
    <w:multiLevelType w:val="multilevel"/>
    <w:tmpl w:val="D6FE7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7E069D"/>
    <w:multiLevelType w:val="multilevel"/>
    <w:tmpl w:val="D6FE7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1184591">
    <w:abstractNumId w:val="8"/>
  </w:num>
  <w:num w:numId="2" w16cid:durableId="117335746">
    <w:abstractNumId w:val="6"/>
  </w:num>
  <w:num w:numId="3" w16cid:durableId="1612317334">
    <w:abstractNumId w:val="5"/>
  </w:num>
  <w:num w:numId="4" w16cid:durableId="1788498867">
    <w:abstractNumId w:val="4"/>
  </w:num>
  <w:num w:numId="5" w16cid:durableId="705642427">
    <w:abstractNumId w:val="7"/>
  </w:num>
  <w:num w:numId="6" w16cid:durableId="1444569337">
    <w:abstractNumId w:val="3"/>
  </w:num>
  <w:num w:numId="7" w16cid:durableId="614022370">
    <w:abstractNumId w:val="2"/>
  </w:num>
  <w:num w:numId="8" w16cid:durableId="2071952008">
    <w:abstractNumId w:val="1"/>
  </w:num>
  <w:num w:numId="9" w16cid:durableId="99841589">
    <w:abstractNumId w:val="0"/>
  </w:num>
  <w:num w:numId="10" w16cid:durableId="1401098952">
    <w:abstractNumId w:val="9"/>
  </w:num>
  <w:num w:numId="11" w16cid:durableId="1949196784">
    <w:abstractNumId w:val="11"/>
  </w:num>
  <w:num w:numId="12" w16cid:durableId="941568164">
    <w:abstractNumId w:val="13"/>
  </w:num>
  <w:num w:numId="13" w16cid:durableId="663628667">
    <w:abstractNumId w:val="10"/>
  </w:num>
  <w:num w:numId="14" w16cid:durableId="675769086">
    <w:abstractNumId w:val="14"/>
  </w:num>
  <w:num w:numId="15" w16cid:durableId="11938047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686C"/>
    <w:rsid w:val="0006063C"/>
    <w:rsid w:val="0015074B"/>
    <w:rsid w:val="0016008E"/>
    <w:rsid w:val="001C3B1D"/>
    <w:rsid w:val="001F173D"/>
    <w:rsid w:val="00214A10"/>
    <w:rsid w:val="00255CF0"/>
    <w:rsid w:val="00260237"/>
    <w:rsid w:val="0029639D"/>
    <w:rsid w:val="002C2F7A"/>
    <w:rsid w:val="002D0396"/>
    <w:rsid w:val="002D6405"/>
    <w:rsid w:val="0030672E"/>
    <w:rsid w:val="00326F90"/>
    <w:rsid w:val="00345651"/>
    <w:rsid w:val="00364259"/>
    <w:rsid w:val="00365804"/>
    <w:rsid w:val="003B3BE7"/>
    <w:rsid w:val="003F24B3"/>
    <w:rsid w:val="004447E8"/>
    <w:rsid w:val="00541A10"/>
    <w:rsid w:val="00587940"/>
    <w:rsid w:val="0059080B"/>
    <w:rsid w:val="00627A9C"/>
    <w:rsid w:val="00634C5D"/>
    <w:rsid w:val="007B6A7D"/>
    <w:rsid w:val="007C0012"/>
    <w:rsid w:val="007E3769"/>
    <w:rsid w:val="00873D67"/>
    <w:rsid w:val="008A2292"/>
    <w:rsid w:val="008A3B85"/>
    <w:rsid w:val="009763A4"/>
    <w:rsid w:val="00986E61"/>
    <w:rsid w:val="009A1C47"/>
    <w:rsid w:val="00AA1D8D"/>
    <w:rsid w:val="00B27DFD"/>
    <w:rsid w:val="00B47730"/>
    <w:rsid w:val="00BE29D6"/>
    <w:rsid w:val="00C27D24"/>
    <w:rsid w:val="00C5172A"/>
    <w:rsid w:val="00CB0664"/>
    <w:rsid w:val="00E908E8"/>
    <w:rsid w:val="00F05BE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B68535A"/>
  <w14:defaultImageDpi w14:val="300"/>
  <w15:docId w15:val="{BE93F8EE-726E-4C68-A457-12CE6A4B8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D039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0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Gintarė Daukšaitė</cp:lastModifiedBy>
  <cp:revision>2</cp:revision>
  <dcterms:created xsi:type="dcterms:W3CDTF">2026-01-19T13:56:00Z</dcterms:created>
  <dcterms:modified xsi:type="dcterms:W3CDTF">2026-01-19T13:56:00Z</dcterms:modified>
  <cp:category/>
</cp:coreProperties>
</file>